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ACTIVIDADE PROFESIONAL · [UD / referencia]</w:t>
      </w:r>
    </w:p>
    <w:p>
      <w:pPr>
        <w:pStyle w:val="Title"/>
      </w:pPr>
      <w:r>
        <w:t>[Título da actividade]</w:t>
      </w:r>
    </w:p>
    <w:p>
      <w:r>
        <w:t>[Módulo e código] · [Ciclo] · [Curso / grupo] · [Duración]</w:t>
      </w:r>
    </w:p>
    <w:p>
      <w:pPr>
        <w:pStyle w:val="Heading1"/>
      </w:pPr>
      <w:r>
        <w:t>Contexto e obxectivos</w:t>
      </w:r>
    </w:p>
    <w:p>
      <w:r>
        <w:t>[Situación profesional, coñecementos previos e finalidade do material.]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/>
          <w:cantSplit/>
        </w:trPr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RA / CA achegado</w:t>
            </w:r>
          </w:p>
        </w:tc>
        <w:tc>
          <w:tcPr>
            <w:tcW w:type="dxa" w:w="476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Aprendizaxe / evidencia</w:t>
            </w:r>
          </w:p>
        </w:tc>
      </w:tr>
      <w:tr>
        <w:trPr>
          <w:cantSplit/>
        </w:trPr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[Código e texto oficial]</w:t>
            </w:r>
          </w:p>
        </w:tc>
        <w:tc>
          <w:tcPr>
            <w:tcW w:type="dxa" w:w="4762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 coa tarefa; non inventar equivalencias]</w:t>
            </w:r>
          </w:p>
        </w:tc>
      </w:tr>
    </w:tbl>
    <w:p/>
    <w:p>
      <w:pPr>
        <w:pStyle w:val="Heading1"/>
      </w:pPr>
      <w:r>
        <w:t>Encargo profesional</w:t>
      </w:r>
    </w:p>
    <w:p>
      <w:r>
        <w:t>[Problema, destinatario e produto ou servizo esperado.]</w:t>
      </w:r>
    </w:p>
    <w:p>
      <w:pPr>
        <w:pStyle w:val="Heading1"/>
      </w:pPr>
      <w:r>
        <w:t>Preparación e seguridade</w:t>
      </w:r>
    </w:p>
    <w:p>
      <w:r>
        <w:t>[Equipamento, roles, requisitos e precaucións do sector.]</w:t>
      </w:r>
    </w:p>
    <w:p>
      <w:pPr>
        <w:pStyle w:val="FPImportante"/>
      </w:pPr>
      <w:r>
        <w:rPr>
          <w:b/>
        </w:rPr>
        <w:t>Seguridade</w:t>
        <w:br/>
      </w:r>
      <w:r>
        <w:t>[Medidas específicas pertinentes para esta actividade.]</w:t>
      </w:r>
    </w:p>
    <w:p>
      <w:pPr>
        <w:pStyle w:val="FPPaso"/>
      </w:pPr>
      <w:r>
        <w:t>Paso 1. Planificar</w:t>
      </w:r>
    </w:p>
    <w:p>
      <w:r>
        <w:t>[Acción, resultado esperado e comprobación.]</w:t>
      </w:r>
    </w:p>
    <w:p>
      <w:pPr>
        <w:pStyle w:val="FPPaso"/>
      </w:pPr>
      <w:r>
        <w:t>Paso 2. Executar</w:t>
      </w:r>
    </w:p>
    <w:p>
      <w:r>
        <w:t>[Acción, resultado esperado e comprobación.]</w:t>
      </w:r>
    </w:p>
    <w:p>
      <w:pPr>
        <w:pStyle w:val="FPPaso"/>
      </w:pPr>
      <w:r>
        <w:t>Paso 3. Comprobar e documentar</w:t>
      </w:r>
    </w:p>
    <w:p>
      <w:r>
        <w:t>[Acción, resultado esperado e comprobación.]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/>
          <w:cantSplit/>
        </w:trPr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Comprobación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Resultado observado</w:t>
            </w:r>
          </w:p>
        </w:tc>
        <w:tc>
          <w:tcPr>
            <w:tcW w:type="dxa" w:w="317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Incidencia / decisión</w:t>
            </w:r>
          </w:p>
        </w:tc>
      </w:tr>
      <w:tr>
        <w:trPr>
          <w:cantSplit/>
        </w:trPr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[Criterio]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[Resultado]</w:t>
            </w:r>
          </w:p>
        </w:tc>
        <w:tc>
          <w:tcPr>
            <w:tcW w:type="dxa" w:w="3175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</w:tbl>
    <w:p/>
    <w:p>
      <w:pPr>
        <w:pStyle w:val="Heading1"/>
      </w:pPr>
      <w:r>
        <w:t>Evidencias e avaliación</w:t>
      </w:r>
    </w:p>
    <w:p>
      <w:r>
        <w:t>[Produto entregable, proceso observable, instrumento e criterios confirmados.]</w:t>
      </w:r>
    </w:p>
    <w:p>
      <w:pPr>
        <w:pStyle w:val="FPAdaptacion"/>
      </w:pPr>
      <w:r>
        <w:rPr>
          <w:b/>
        </w:rPr>
        <w:t>Apoios e ampliación</w:t>
        <w:br/>
      </w:r>
      <w:r>
        <w:t>[Axudas graduadas e reto adicional, mantendo o criterio avaliado.]</w:t>
      </w:r>
    </w:p>
    <w:p>
      <w:pPr>
        <w:pStyle w:val="Heading1"/>
      </w:pPr>
      <w:r>
        <w:t>Síntese e transferencia</w:t>
      </w:r>
    </w:p>
    <w:p>
      <w:r>
        <w:t>[Ideas clave e aplicación noutra situación profesional.]</w:t>
      </w:r>
    </w:p>
    <w:p>
      <w:pPr>
        <w:pStyle w:val="Heading1"/>
      </w:pPr>
      <w:r>
        <w:t>Fontes e recursos visuais</w:t>
      </w:r>
    </w:p>
    <w:p>
      <w:r>
        <w:t>[Documentación utilizada, versión e data de consulta. Licenzas e atribucións de terceiros.]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[Título da actividade]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