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BOLETÍN DE EXERCICIOS · [UD / referencia]</w:t>
      </w:r>
    </w:p>
    <w:p>
      <w:pPr>
        <w:pStyle w:val="Title"/>
      </w:pPr>
      <w:r>
        <w:t>[Título do boletín]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Instrucións</w:t>
      </w:r>
    </w:p>
    <w:p>
      <w:r>
        <w:t>[Recursos permitidos, forma de traballo, tempo, formato e entrega.]</w:t>
      </w:r>
    </w:p>
    <w:p>
      <w:pPr>
        <w:pStyle w:val="Heading1"/>
      </w:pPr>
      <w:r>
        <w:t>Exercicio 1. [Título]</w:t>
      </w:r>
    </w:p>
    <w:p>
      <w:pPr>
        <w:pStyle w:val="FPExercicio"/>
      </w:pPr>
      <w:r>
        <w:rPr>
          <w:b/>
        </w:rPr>
        <w:t>Enunciado</w:t>
        <w:br/>
      </w:r>
      <w:r>
        <w:t>[Datos, tarefa e resultado solicitado.]</w:t>
      </w:r>
    </w:p>
    <w:p>
      <w:pPr>
        <w:pStyle w:val="FPRespuesta"/>
      </w:pPr>
      <w:r>
        <w:t>[Espazo de resposta / desenvolvemento]</w:t>
      </w:r>
    </w:p>
    <w:p>
      <w:pPr>
        <w:pStyle w:val="FPConsello"/>
      </w:pPr>
      <w:r>
        <w:rPr>
          <w:b/>
        </w:rPr>
        <w:t>Pista opcional</w:t>
        <w:br/>
      </w:r>
      <w:r>
        <w:t>[Axuda graduada; retirar se é unha proba.]</w:t>
      </w:r>
    </w:p>
    <w:p>
      <w:pPr>
        <w:pStyle w:val="Heading1"/>
      </w:pPr>
      <w:r>
        <w:t>Exercicio 2. [Título]</w:t>
      </w:r>
    </w:p>
    <w:p>
      <w:pPr>
        <w:pStyle w:val="FPExercicio"/>
      </w:pPr>
      <w:r>
        <w:rPr>
          <w:b/>
        </w:rPr>
        <w:t>Enunciado</w:t>
        <w:br/>
      </w:r>
      <w:r>
        <w:t>[Datos, tarefa e resultado solicitado.]</w:t>
      </w:r>
    </w:p>
    <w:p>
      <w:pPr>
        <w:pStyle w:val="FPRespuesta"/>
      </w:pPr>
      <w:r>
        <w:t>[Espazo de resposta / desenvolvemento]</w:t>
      </w:r>
    </w:p>
    <w:p>
      <w:pPr>
        <w:pStyle w:val="FPConsello"/>
      </w:pPr>
      <w:r>
        <w:rPr>
          <w:b/>
        </w:rPr>
        <w:t>Pista opcional</w:t>
        <w:br/>
      </w:r>
      <w:r>
        <w:t>[Axuda graduada; retirar se é unha proba.]</w:t>
      </w:r>
    </w:p>
    <w:p>
      <w:pPr>
        <w:pStyle w:val="Heading1"/>
      </w:pPr>
      <w:r>
        <w:t>Exercicio 3. [Título]</w:t>
      </w:r>
    </w:p>
    <w:p>
      <w:pPr>
        <w:pStyle w:val="FPExercicio"/>
      </w:pPr>
      <w:r>
        <w:rPr>
          <w:b/>
        </w:rPr>
        <w:t>Enunciado</w:t>
        <w:br/>
      </w:r>
      <w:r>
        <w:t>[Datos, tarefa e resultado solicitado.]</w:t>
      </w:r>
    </w:p>
    <w:p>
      <w:pPr>
        <w:pStyle w:val="FPRespuesta"/>
      </w:pPr>
      <w:r>
        <w:t>[Espazo de resposta / desenvolvemento]</w:t>
      </w:r>
    </w:p>
    <w:p>
      <w:pPr>
        <w:pStyle w:val="FPConsello"/>
      </w:pPr>
      <w:r>
        <w:rPr>
          <w:b/>
        </w:rPr>
        <w:t>Pista opcional</w:t>
        <w:br/>
      </w:r>
      <w:r>
        <w:t>[Axuda graduada; retirar se é unha proba.]</w:t>
      </w:r>
    </w:p>
    <w:p>
      <w:pPr>
        <w:pStyle w:val="Heading1"/>
      </w:pPr>
      <w:r>
        <w:t>Comprobación e entrega</w:t>
      </w:r>
    </w:p>
    <w:p>
      <w:r>
        <w:t>[Criterios observables. Solucións nun documento docente separado.]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do boletín]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