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EXERCICIO · [UD / referencia]</w:t>
      </w:r>
    </w:p>
    <w:p>
      <w:pPr>
        <w:pStyle w:val="Title"/>
      </w:pPr>
      <w:r>
        <w:t>[Título do exercicio]</w:t>
      </w:r>
    </w:p>
    <w:p>
      <w:r>
        <w:t>[Módulo e código] · [Ciclo] · [Curso / grupo] · [Duración]</w:t>
      </w:r>
    </w:p>
    <w:p>
      <w:pPr>
        <w:pStyle w:val="Heading1"/>
      </w:pPr>
      <w:r>
        <w:t>Contexto e obxectivos</w:t>
      </w:r>
    </w:p>
    <w:p>
      <w:r>
        <w:t>[Situación profesional, coñecementos previos e finalidade do material.]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RA / CA achegado</w:t>
            </w:r>
          </w:p>
        </w:tc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Aprendizaxe / evidencia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[Código e texto oficial]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[Relación coa tarefa; non inventar equivalencias]</w:t>
            </w:r>
          </w:p>
        </w:tc>
      </w:tr>
    </w:tbl>
    <w:p/>
    <w:p>
      <w:pPr>
        <w:pStyle w:val="Heading1"/>
      </w:pPr>
      <w:r>
        <w:t>Instrucións</w:t>
      </w:r>
    </w:p>
    <w:p>
      <w:r>
        <w:t>[Recursos permitidos, forma de traballo, tempo, formato e entrega.]</w:t>
      </w:r>
    </w:p>
    <w:p>
      <w:pPr>
        <w:pStyle w:val="Heading1"/>
      </w:pPr>
      <w:r>
        <w:t>Exercicio 1. [Título]</w:t>
      </w:r>
    </w:p>
    <w:p>
      <w:pPr>
        <w:pStyle w:val="FPExercicio"/>
      </w:pPr>
      <w:r>
        <w:rPr>
          <w:b/>
        </w:rPr>
        <w:t>Enunciado</w:t>
        <w:br/>
      </w:r>
      <w:r>
        <w:t>[Datos, tarefa e resultado solicitado.]</w:t>
      </w:r>
    </w:p>
    <w:p>
      <w:pPr>
        <w:pStyle w:val="FPRespuesta"/>
      </w:pPr>
      <w:r>
        <w:t>[Espazo de resposta / desenvolvemento]</w:t>
      </w:r>
    </w:p>
    <w:p>
      <w:pPr>
        <w:pStyle w:val="Heading1"/>
      </w:pPr>
      <w:r>
        <w:t>Comprobación e entrega</w:t>
      </w:r>
    </w:p>
    <w:p>
      <w:r>
        <w:t>[Criterios observables. Solucións nun documento docente separado.]</w:t>
      </w:r>
    </w:p>
    <w:p>
      <w:pPr>
        <w:pStyle w:val="Heading1"/>
      </w:pPr>
      <w:r>
        <w:t>Síntese e transferencia</w:t>
      </w:r>
    </w:p>
    <w:p>
      <w:r>
        <w:t>[Ideas clave e aplicación noutra situación profesional.]</w:t>
      </w:r>
    </w:p>
    <w:p>
      <w:pPr>
        <w:pStyle w:val="Heading1"/>
      </w:pPr>
      <w:r>
        <w:t>Fontes e recursos visuais</w:t>
      </w:r>
    </w:p>
    <w:p>
      <w:r>
        <w:t>[Documentación utilizada, versión e data de consulta. Licenzas e atribucións de terceiros.]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do exercicio]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