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FICHA RESUMO · [UD / referencia]</w:t>
      </w:r>
    </w:p>
    <w:p>
      <w:pPr>
        <w:pStyle w:val="Title"/>
      </w:pPr>
      <w:r>
        <w:t>[Título da ficha resumo]</w:t>
      </w:r>
    </w:p>
    <w:p>
      <w:r>
        <w:t>[Módulo e código] · [Ciclo] · [Curso / grupo] · [Duración]</w:t>
      </w:r>
    </w:p>
    <w:p>
      <w:pPr>
        <w:pStyle w:val="Heading1"/>
      </w:pPr>
      <w:r>
        <w:t>Idea clave</w:t>
      </w:r>
    </w:p>
    <w:p>
      <w:pPr>
        <w:pStyle w:val="FPDefinicion"/>
      </w:pPr>
      <w:r>
        <w:rPr>
          <w:b/>
        </w:rPr>
        <w:t>Definición</w:t>
        <w:br/>
      </w:r>
      <w:r>
        <w:t>[Concepto central en dúas frases.]</w:t>
      </w:r>
    </w:p>
    <w:p>
      <w:pPr>
        <w:pStyle w:val="Heading1"/>
      </w:pPr>
      <w:r>
        <w:t>Conceptos esenciais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Que é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Para que serve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[Definición breve]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[Aplicación]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[Definición breve]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[Aplicación]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[Definición breve]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[Aplicación]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[Definición breve]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[Aplicación]</w:t>
            </w:r>
          </w:p>
        </w:tc>
      </w:tr>
    </w:tbl>
    <w:p/>
    <w:p>
      <w:pPr>
        <w:pStyle w:val="Heading1"/>
      </w:pPr>
      <w:r>
        <w:t>Fórmulas, comandos ou regras</w:t>
      </w:r>
    </w:p>
    <w:p>
      <w:pPr>
        <w:pStyle w:val="FPCodigo"/>
      </w:pPr>
      <w:r>
        <w:t>[Fórmula, comando ou regra comprobada para a versión indicada]</w:t>
      </w:r>
    </w:p>
    <w:p>
      <w:pPr>
        <w:pStyle w:val="FPRecorda"/>
      </w:pPr>
      <w:r>
        <w:rPr>
          <w:b/>
        </w:rPr>
        <w:t>Lembra</w:t>
        <w:br/>
      </w:r>
      <w:r>
        <w:t>[Detalle que adoita esquecerse.]</w:t>
      </w:r>
    </w:p>
    <w:p>
      <w:pPr>
        <w:pStyle w:val="Heading1"/>
      </w:pPr>
      <w:r>
        <w:t>Erros frecuentes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Erro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Como detectalo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Corrección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[Erro]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[Síntoma]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[Acción]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[Erro]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[Síntoma]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[Acción]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[Erro]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[Síntoma]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[Acción]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da ficha resumo]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