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SEGUIMENTO · [UD / referencia]</w:t>
      </w:r>
    </w:p>
    <w:p>
      <w:pPr>
        <w:pStyle w:val="Title"/>
      </w:pPr>
      <w:r>
        <w:t>[Seguimento do módulo]</w:t>
      </w:r>
    </w:p>
    <w:p>
      <w:r>
        <w:t>[Módulo e código] · [Ciclo] · [Curso / grupo] · [Duración]</w:t>
      </w:r>
    </w:p>
    <w:p>
      <w:pPr>
        <w:pStyle w:val="Heading1"/>
      </w:pPr>
      <w:r>
        <w:t>Seguimento de módulo</w:t>
      </w:r>
    </w:p>
    <w:p>
      <w:r>
        <w:t>[Curso, módulo e grupo] · [Fontes e versión da programación]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065"/>
        <w:gridCol w:w="2065"/>
        <w:gridCol w:w="2065"/>
        <w:gridCol w:w="2065"/>
        <w:gridCol w:w="2065"/>
        <w:gridCol w:w="2065"/>
        <w:gridCol w:w="2065"/>
      </w:tblGrid>
      <w:tr>
        <w:trPr>
          <w:tblHeader/>
          <w:cantSplit/>
        </w:trPr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UD / actividade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Inicio / fin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Sesións previstas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Realizadas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Cumprimento (baixo / medio / alto)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Desviación e causa</w:t>
            </w:r>
          </w:p>
        </w:tc>
        <w:tc>
          <w:tcPr>
            <w:tcW w:type="dxa" w:w="206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Mellora</w:t>
            </w:r>
          </w:p>
        </w:tc>
      </w:tr>
      <w:tr>
        <w:trPr>
          <w:cantSplit/>
        </w:trPr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[UD]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[Datas]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[Grao]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[Proposta]</w:t>
            </w:r>
          </w:p>
        </w:tc>
      </w:tr>
      <w:tr>
        <w:trPr>
          <w:cantSplit/>
        </w:trPr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[UD]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[Datas]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[Grao]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[Proposta]</w:t>
            </w:r>
          </w:p>
        </w:tc>
      </w:tr>
      <w:tr>
        <w:trPr>
          <w:cantSplit/>
        </w:trPr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[UD]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[Datas]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[Grao]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[Proposta]</w:t>
            </w:r>
          </w:p>
        </w:tc>
      </w:tr>
      <w:tr>
        <w:trPr>
          <w:cantSplit/>
        </w:trPr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[UD]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[Datas]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[Grao]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[Proposta]</w:t>
            </w:r>
          </w:p>
        </w:tc>
      </w:tr>
      <w:tr>
        <w:trPr>
          <w:cantSplit/>
        </w:trPr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[UD]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[Datas]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[Grao]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065"/>
            <w:shd w:fill="F1F5F9"/>
          </w:tcPr>
          <w:p>
            <w:pPr>
              <w:spacing w:after="80"/>
            </w:pPr>
            <w:r>
              <w:rPr>
                <w:sz w:val="20"/>
              </w:rPr>
              <w:t>[Proposta]</w:t>
            </w:r>
          </w:p>
        </w:tc>
      </w:tr>
      <w:tr>
        <w:trPr>
          <w:cantSplit/>
        </w:trPr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[UD]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[Datas]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[Nº]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[Grao]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[Causa]</w:t>
            </w:r>
          </w:p>
        </w:tc>
        <w:tc>
          <w:tcPr>
            <w:tcW w:type="dxa" w:w="2065"/>
            <w:shd w:fill="FFFFFF"/>
          </w:tcPr>
          <w:p>
            <w:pPr>
              <w:spacing w:after="80"/>
            </w:pPr>
            <w:r>
              <w:rPr>
                <w:sz w:val="20"/>
              </w:rPr>
              <w:t>[Proposta]</w:t>
            </w:r>
          </w:p>
        </w:tc>
      </w:tr>
    </w:tbl>
    <w:p/>
    <w:p>
      <w:pPr>
        <w:pStyle w:val="Heading1"/>
      </w:pPr>
      <w:r>
        <w:t>Síntese final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7228"/>
        <w:gridCol w:w="7228"/>
      </w:tblGrid>
      <w:tr>
        <w:trPr>
          <w:tblHeader/>
          <w:cantSplit/>
        </w:trPr>
        <w:tc>
          <w:tcPr>
            <w:tcW w:type="dxa" w:w="7228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Apartado</w:t>
            </w:r>
          </w:p>
        </w:tc>
        <w:tc>
          <w:tcPr>
            <w:tcW w:type="dxa" w:w="7228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Contido</w:t>
            </w:r>
          </w:p>
        </w:tc>
      </w:tr>
      <w:tr>
        <w:trPr>
          <w:cantSplit/>
        </w:trPr>
        <w:tc>
          <w:tcPr>
            <w:tcW w:type="dxa" w:w="7228"/>
            <w:shd w:fill="F1F5F9"/>
          </w:tcPr>
          <w:p>
            <w:pPr>
              <w:spacing w:after="80"/>
            </w:pPr>
            <w:r>
              <w:rPr>
                <w:sz w:val="20"/>
              </w:rPr>
              <w:t>Resultados agregados e denominadores</w:t>
            </w:r>
          </w:p>
        </w:tc>
        <w:tc>
          <w:tcPr>
            <w:tcW w:type="dxa" w:w="7228"/>
            <w:shd w:fill="F1F5F9"/>
          </w:tcPr>
          <w:p>
            <w:pPr>
              <w:spacing w:after="80"/>
            </w:pPr>
            <w:r>
              <w:rPr>
                <w:sz w:val="20"/>
              </w:rPr>
              <w:t>[Datos achegados]</w:t>
            </w:r>
          </w:p>
        </w:tc>
      </w:tr>
      <w:tr>
        <w:trPr>
          <w:cantSplit/>
        </w:trPr>
        <w:tc>
          <w:tcPr>
            <w:tcW w:type="dxa" w:w="7228"/>
            <w:shd w:fill="FFFFFF"/>
          </w:tcPr>
          <w:p>
            <w:pPr>
              <w:spacing w:after="80"/>
            </w:pPr>
            <w:r>
              <w:rPr>
                <w:sz w:val="20"/>
              </w:rPr>
              <w:t>Comparación con cursos anteriores</w:t>
            </w:r>
          </w:p>
        </w:tc>
        <w:tc>
          <w:tcPr>
            <w:tcW w:type="dxa" w:w="7228"/>
            <w:shd w:fill="FFFFFF"/>
          </w:tcPr>
          <w:p>
            <w:pPr>
              <w:spacing w:after="80"/>
            </w:pPr>
            <w:r>
              <w:rPr>
                <w:sz w:val="20"/>
              </w:rPr>
              <w:t>[Só se hai datos comparables]</w:t>
            </w:r>
          </w:p>
        </w:tc>
      </w:tr>
      <w:tr>
        <w:trPr>
          <w:cantSplit/>
        </w:trPr>
        <w:tc>
          <w:tcPr>
            <w:tcW w:type="dxa" w:w="7228"/>
            <w:shd w:fill="F1F5F9"/>
          </w:tcPr>
          <w:p>
            <w:pPr>
              <w:spacing w:after="80"/>
            </w:pPr>
            <w:r>
              <w:rPr>
                <w:sz w:val="20"/>
              </w:rPr>
              <w:t>Propostas para o curso seguinte</w:t>
            </w:r>
          </w:p>
        </w:tc>
        <w:tc>
          <w:tcPr>
            <w:tcW w:type="dxa" w:w="7228"/>
            <w:shd w:fill="F1F5F9"/>
          </w:tcPr>
          <w:p>
            <w:pPr>
              <w:spacing w:after="80"/>
            </w:pPr>
            <w:r>
              <w:rPr>
                <w:sz w:val="20"/>
              </w:rPr>
              <w:t>[Causa, acción e indicador]</w:t>
            </w:r>
          </w:p>
        </w:tc>
      </w:tr>
      <w:tr>
        <w:trPr>
          <w:cantSplit/>
        </w:trPr>
        <w:tc>
          <w:tcPr>
            <w:tcW w:type="dxa" w:w="7228"/>
            <w:shd w:fill="FFFFFF"/>
          </w:tcPr>
          <w:p>
            <w:pPr>
              <w:spacing w:after="80"/>
            </w:pPr>
            <w:r>
              <w:rPr>
                <w:sz w:val="20"/>
              </w:rPr>
              <w:t>Observacións</w:t>
            </w:r>
          </w:p>
        </w:tc>
        <w:tc>
          <w:tcPr>
            <w:tcW w:type="dxa" w:w="7228"/>
            <w:shd w:fill="FFFFFF"/>
          </w:tcPr>
          <w:p>
            <w:pPr>
              <w:spacing w:after="80"/>
            </w:pPr>
            <w:r>
              <w:rPr>
                <w:sz w:val="20"/>
              </w:rPr>
              <w:t>[Pendentes e límites]</w:t>
            </w:r>
          </w:p>
        </w:tc>
      </w:tr>
    </w:tbl>
    <w:p/>
    <w:p>
      <w:r>
        <w:t>Documento de apoio para traslado manual ao rexistro oficial.</w:t>
      </w:r>
    </w:p>
    <w:sectPr w:rsidR="00FC693F" w:rsidRPr="0006063C" w:rsidSect="00034616">
      <w:headerReference w:type="default" r:id="rId9"/>
      <w:footerReference w:type="default" r:id="rId10"/>
      <w:pgSz w:w="16838" w:h="11906" w:orient="landscape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[Seguimento do módulo]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